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להיות חבר/ה נאמן/ה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שלחבר/ה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איך לפנות בעדינות ולהקשיב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חשוב לספר למבוגר/ת כשיש דאגה 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הפסיק לשחק בהפסקה וישב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משהו מוזר בבטן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סימנים שאולי קשה לחבר/ה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(עונה במילה אחת או בכלל לא עונה)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(יושב לבד בהפסקות)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(מפסיק לצייר או ללכת לחוג)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(כותב 'אף אחד לא שם לב')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דאגה גדולה לא שומרים בסוד, גם אם ביקשו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מה שנאמר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מדובר בעצב שחוזר הרבה זמן, לא יום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הייתם עושים?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לכתוב לה בפרטי שאכפת 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אישית - לבדוק שהפתק מכיל תשומת לב, חום ואין בו ניסיון לפתור הכול לבד; אפשר לבדוק שימוש בלפחות אחת מהפתיחות המוצעות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לב, שואל בעדינות, מקשיב ולא נשאר לבד עם דאגה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דאגה גדולה היא גדולה מכדי להתמודד איתה לבד, וחשוב שמבוגר יעזור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ליועצת, לנאמני החוסן המורים או לנאמני החוסן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להזכיר שהשיתוף בכתיבה האישית הוא תמיד רשות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שיחה קצרה לפני הדף על כך שאפשר לדלג על 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את התרגיל לנאמני החוסן או ליועצת בבית הספר בפועל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להיות חבר/ה נאמן/ה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סיפורם של תמר ויואב, ונלמד מה אומר ועושה חבר/ה נאמן/ה כשלחבר קשה.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סוד  ·  הקשיבה  ·  לב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קרה ליואב בשבועיים האחרונים?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הפך לשמח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הפסיק לשחק בהפסקה וישב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התחיל לספר יותר בדיחות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תמר הרגישה כשקראה את ההודעה של יואב?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משהו מוזר בבטן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כעס עליו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סימנים שאולי קשה לחבר/ה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נהיה שקט מהרגיל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כותב 'אף אחד לא שם לב'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מתרחק מכולם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עונה במילה אחת או בכלל לא עונה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מוותר על מה שאהב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יושב לבד בהפסקות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משתף משפטים עצובים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מפסיק לצייר או ללכת לחוג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חבר מבקש לשמור סוד על דאגה גדולה, חייבים לשמור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חבר נאמן לא חייב לפתור את כל הבעיות, מספיק להקשיב ולעזור לפנות למבוגר.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יום רע אחד הוא סימן לבעיה גדולה.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חבר/ה נאמן/ה הוא מי ששם/ה __________, שואל/ת בעדינות ומקשיב/ה.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דאגה גדולה לא שומרים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כשתמר ראתה שליואב קשה, היא __________ לו בשקט.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הייתם עושים?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חברה כתבה בקבוצת הכיתה 'אין לי כוח לכלום' וילדים שלחו מדבקה צוחקת. מה הכי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לשלוח גם מדבקה צוחקת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לכתוב לה בפרטי שאכפת 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להתעלם, זה בטח סתם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פתק קצר לחבר/ה דמיוני/ת שנראה עצוב/ה לאחרונה. מה תכתבו כדי שירגיש שאכפת לכם? אפשר להשתמש בפתיחות: 'שמתי לב ש...', 'רציתי שתדע ש...', 'אני כאן בשבילך כי...'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שלושה דברים שחבר/ה נאמן/ה עושה?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לא שומרים בסוד דאגה גדולה?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להיות חבר/ה נאמן/ה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